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12440" w14:textId="51DA5644" w:rsidR="002E1069" w:rsidRDefault="000375A7">
      <w:pPr>
        <w:pStyle w:val="Title"/>
      </w:pPr>
      <w:r>
        <w:t>📖</w:t>
      </w:r>
      <w:r>
        <w:t xml:space="preserve"> My Prayer</w:t>
      </w:r>
      <w:r>
        <w:t xml:space="preserve"> Tracker</w:t>
      </w:r>
    </w:p>
    <w:p w14:paraId="1C8894D4" w14:textId="77777777" w:rsidR="002E1069" w:rsidRDefault="000375A7">
      <w:r>
        <w:t>Name: ______________________________________</w:t>
      </w:r>
    </w:p>
    <w:p w14:paraId="3EC239F2" w14:textId="77777777" w:rsidR="002E1069" w:rsidRDefault="000375A7">
      <w:r>
        <w:t>Week of: ____________________________________</w:t>
      </w:r>
    </w:p>
    <w:p w14:paraId="75A70185" w14:textId="7CFEF8A4" w:rsidR="002E1069" w:rsidRDefault="000375A7" w:rsidP="000375A7">
      <w:r>
        <w:rPr>
          <w:rFonts w:ascii="Segoe UI Emoji" w:hAnsi="Segoe UI Emoji" w:cs="Segoe UI Emoji"/>
        </w:rPr>
        <w:t>🙏</w:t>
      </w:r>
      <w:r>
        <w:t xml:space="preserve"> Daily Prayer &amp; Bible Habits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</w:tblGrid>
      <w:tr w:rsidR="002E1069" w14:paraId="6C0DAEC2" w14:textId="77777777">
        <w:tc>
          <w:tcPr>
            <w:tcW w:w="2520" w:type="dxa"/>
          </w:tcPr>
          <w:p w14:paraId="22F2332B" w14:textId="77777777" w:rsidR="002E1069" w:rsidRDefault="000375A7">
            <w:r>
              <w:t>D</w:t>
            </w:r>
            <w:r>
              <w:t>ay</w:t>
            </w:r>
          </w:p>
        </w:tc>
        <w:tc>
          <w:tcPr>
            <w:tcW w:w="2520" w:type="dxa"/>
          </w:tcPr>
          <w:p w14:paraId="40A1C92B" w14:textId="77777777" w:rsidR="002E1069" w:rsidRDefault="000375A7">
            <w:r>
              <w:t>Morning Prayer</w:t>
            </w:r>
          </w:p>
        </w:tc>
        <w:tc>
          <w:tcPr>
            <w:tcW w:w="2520" w:type="dxa"/>
          </w:tcPr>
          <w:p w14:paraId="19AF5A94" w14:textId="77777777" w:rsidR="002E1069" w:rsidRDefault="000375A7">
            <w:r>
              <w:t>Evening Prayer</w:t>
            </w:r>
          </w:p>
        </w:tc>
        <w:tc>
          <w:tcPr>
            <w:tcW w:w="2520" w:type="dxa"/>
          </w:tcPr>
          <w:p w14:paraId="77329F14" w14:textId="77777777" w:rsidR="002E1069" w:rsidRDefault="000375A7">
            <w:r>
              <w:t>Bible Reading</w:t>
            </w:r>
          </w:p>
        </w:tc>
      </w:tr>
      <w:tr w:rsidR="002E1069" w14:paraId="48BC71A6" w14:textId="77777777">
        <w:tc>
          <w:tcPr>
            <w:tcW w:w="2520" w:type="dxa"/>
          </w:tcPr>
          <w:p w14:paraId="63F64947" w14:textId="77777777" w:rsidR="002E1069" w:rsidRDefault="000375A7">
            <w:r>
              <w:t>Sunday</w:t>
            </w:r>
          </w:p>
        </w:tc>
        <w:tc>
          <w:tcPr>
            <w:tcW w:w="2520" w:type="dxa"/>
          </w:tcPr>
          <w:p w14:paraId="7A660BEB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37E4427D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4AD782A9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480DD2B7" w14:textId="77777777">
        <w:tc>
          <w:tcPr>
            <w:tcW w:w="2520" w:type="dxa"/>
          </w:tcPr>
          <w:p w14:paraId="0060C87F" w14:textId="77777777" w:rsidR="002E1069" w:rsidRDefault="000375A7">
            <w:r>
              <w:t>Monday</w:t>
            </w:r>
          </w:p>
        </w:tc>
        <w:tc>
          <w:tcPr>
            <w:tcW w:w="2520" w:type="dxa"/>
          </w:tcPr>
          <w:p w14:paraId="1BF865CA" w14:textId="77777777" w:rsidR="002E1069" w:rsidRDefault="000375A7">
            <w:r>
              <w:t>☐</w:t>
            </w:r>
            <w:r>
              <w:t xml:space="preserve"> </w:t>
            </w:r>
            <w:r>
              <w:t>Yes ☐ No</w:t>
            </w:r>
          </w:p>
        </w:tc>
        <w:tc>
          <w:tcPr>
            <w:tcW w:w="2520" w:type="dxa"/>
          </w:tcPr>
          <w:p w14:paraId="2365ABF6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0E82B95D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4FF90808" w14:textId="77777777">
        <w:tc>
          <w:tcPr>
            <w:tcW w:w="2520" w:type="dxa"/>
          </w:tcPr>
          <w:p w14:paraId="55599D95" w14:textId="77777777" w:rsidR="002E1069" w:rsidRDefault="000375A7">
            <w:r>
              <w:t>Tuesday</w:t>
            </w:r>
          </w:p>
        </w:tc>
        <w:tc>
          <w:tcPr>
            <w:tcW w:w="2520" w:type="dxa"/>
          </w:tcPr>
          <w:p w14:paraId="69FF3491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7E909DE7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0D069118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4EEF1FC5" w14:textId="77777777">
        <w:tc>
          <w:tcPr>
            <w:tcW w:w="2520" w:type="dxa"/>
          </w:tcPr>
          <w:p w14:paraId="1FB5EB3B" w14:textId="77777777" w:rsidR="002E1069" w:rsidRDefault="000375A7">
            <w:r>
              <w:t>Wednesday</w:t>
            </w:r>
          </w:p>
        </w:tc>
        <w:tc>
          <w:tcPr>
            <w:tcW w:w="2520" w:type="dxa"/>
          </w:tcPr>
          <w:p w14:paraId="210E057C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31F531BA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26817195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03B2CD90" w14:textId="77777777">
        <w:tc>
          <w:tcPr>
            <w:tcW w:w="2520" w:type="dxa"/>
          </w:tcPr>
          <w:p w14:paraId="46A29CB6" w14:textId="77777777" w:rsidR="002E1069" w:rsidRDefault="000375A7">
            <w:r>
              <w:t>Thursday</w:t>
            </w:r>
          </w:p>
        </w:tc>
        <w:tc>
          <w:tcPr>
            <w:tcW w:w="2520" w:type="dxa"/>
          </w:tcPr>
          <w:p w14:paraId="6762CB48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541D68D7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074BD83A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7575F716" w14:textId="77777777">
        <w:tc>
          <w:tcPr>
            <w:tcW w:w="2520" w:type="dxa"/>
          </w:tcPr>
          <w:p w14:paraId="7D84D265" w14:textId="77777777" w:rsidR="002E1069" w:rsidRDefault="000375A7">
            <w:r>
              <w:t>Friday</w:t>
            </w:r>
          </w:p>
        </w:tc>
        <w:tc>
          <w:tcPr>
            <w:tcW w:w="2520" w:type="dxa"/>
          </w:tcPr>
          <w:p w14:paraId="6B8858A9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68BE41DB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65F14F24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  <w:tr w:rsidR="002E1069" w14:paraId="58D1980D" w14:textId="77777777">
        <w:tc>
          <w:tcPr>
            <w:tcW w:w="2520" w:type="dxa"/>
          </w:tcPr>
          <w:p w14:paraId="4994ED1F" w14:textId="77777777" w:rsidR="002E1069" w:rsidRDefault="000375A7">
            <w:r>
              <w:t>Saturday</w:t>
            </w:r>
          </w:p>
        </w:tc>
        <w:tc>
          <w:tcPr>
            <w:tcW w:w="2520" w:type="dxa"/>
          </w:tcPr>
          <w:p w14:paraId="715987EA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12C00B0E" w14:textId="77777777" w:rsidR="002E1069" w:rsidRDefault="000375A7">
            <w:r>
              <w:t>☐</w:t>
            </w:r>
            <w:r>
              <w:t xml:space="preserve"> Yes ☐ No</w:t>
            </w:r>
          </w:p>
        </w:tc>
        <w:tc>
          <w:tcPr>
            <w:tcW w:w="2520" w:type="dxa"/>
          </w:tcPr>
          <w:p w14:paraId="6C74D30D" w14:textId="77777777" w:rsidR="002E1069" w:rsidRDefault="000375A7">
            <w:r>
              <w:t>☐</w:t>
            </w:r>
            <w:r>
              <w:t xml:space="preserve"> Yes ☐ No</w:t>
            </w:r>
          </w:p>
        </w:tc>
      </w:tr>
    </w:tbl>
    <w:p w14:paraId="0502C96F" w14:textId="77777777" w:rsidR="002E1069" w:rsidRDefault="000375A7">
      <w:pPr>
        <w:pStyle w:val="Heading1"/>
      </w:pPr>
      <w:r>
        <w:t>🕊</w:t>
      </w:r>
      <w:r>
        <w:t>️</w:t>
      </w:r>
      <w:r>
        <w:t xml:space="preserve"> </w:t>
      </w:r>
      <w:r>
        <w:t>Weekly Faith Commitments</w:t>
      </w:r>
    </w:p>
    <w:p w14:paraId="56F66417" w14:textId="77777777" w:rsidR="002E1069" w:rsidRDefault="000375A7">
      <w:pPr>
        <w:pStyle w:val="ListBullet"/>
      </w:pPr>
      <w:r>
        <w:t>Communion (Once/week): ☐ Yes ☐ No</w:t>
      </w:r>
    </w:p>
    <w:p w14:paraId="456AAC1C" w14:textId="77777777" w:rsidR="002E1069" w:rsidRDefault="000375A7">
      <w:pPr>
        <w:pStyle w:val="ListBullet"/>
      </w:pPr>
      <w:r>
        <w:t>Sunday School: ☐ Yes ☐ No</w:t>
      </w:r>
    </w:p>
    <w:p w14:paraId="28597B46" w14:textId="77777777" w:rsidR="002E1069" w:rsidRDefault="000375A7">
      <w:pPr>
        <w:pStyle w:val="ListBullet"/>
      </w:pPr>
      <w:r>
        <w:t>Confession (Once/month): ☐ Yes ☐ No</w:t>
      </w:r>
    </w:p>
    <w:p w14:paraId="7CC0066A" w14:textId="77777777" w:rsidR="000375A7" w:rsidRDefault="000375A7" w:rsidP="000375A7"/>
    <w:p w14:paraId="6C053CD0" w14:textId="1BA7504B" w:rsidR="002E1069" w:rsidRDefault="000375A7" w:rsidP="000375A7">
      <w:r>
        <w:rPr>
          <w:rFonts w:ascii="Segoe UI Emoji" w:hAnsi="Segoe UI Emoji" w:cs="Segoe UI Emoji"/>
        </w:rPr>
        <w:t>✨</w:t>
      </w:r>
      <w:r>
        <w:t xml:space="preserve"> My Prayer Intentions This Week</w:t>
      </w:r>
    </w:p>
    <w:p w14:paraId="1FFAF931" w14:textId="77777777" w:rsidR="002E1069" w:rsidRDefault="000375A7">
      <w:r>
        <w:t>-</w:t>
      </w:r>
      <w:r>
        <w:t xml:space="preserve"> I want to pray for:</w:t>
      </w:r>
      <w:r>
        <w:br/>
      </w:r>
      <w:r>
        <w:t xml:space="preserve">  ______________________________________________</w:t>
      </w:r>
    </w:p>
    <w:p w14:paraId="7A368990" w14:textId="77777777" w:rsidR="002E1069" w:rsidRDefault="000375A7">
      <w:r>
        <w:t>- I am thankful for:</w:t>
      </w:r>
      <w:r>
        <w:br/>
        <w:t xml:space="preserve">  ______________________________________________</w:t>
      </w:r>
    </w:p>
    <w:p w14:paraId="1948656E" w14:textId="77777777" w:rsidR="002E1069" w:rsidRDefault="000375A7">
      <w:r>
        <w:t>- Something I want to talk to God about:</w:t>
      </w:r>
      <w:r>
        <w:br/>
        <w:t xml:space="preserve">  ______________________________________________</w:t>
      </w:r>
    </w:p>
    <w:p w14:paraId="0967FA37" w14:textId="77777777" w:rsidR="002E1069" w:rsidRDefault="000375A7">
      <w:pPr>
        <w:pStyle w:val="Heading1"/>
      </w:pPr>
      <w:r>
        <w:t>📖</w:t>
      </w:r>
      <w:r>
        <w:t xml:space="preserve"> A Verse to Remember</w:t>
      </w:r>
    </w:p>
    <w:p w14:paraId="74F6CDDE" w14:textId="77777777" w:rsidR="002E1069" w:rsidRDefault="000375A7">
      <w:r>
        <w:t>Verse: ___________________________________________</w:t>
      </w:r>
    </w:p>
    <w:sectPr w:rsidR="002E1069" w:rsidSect="00034616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6443998">
    <w:abstractNumId w:val="8"/>
  </w:num>
  <w:num w:numId="2" w16cid:durableId="1597247195">
    <w:abstractNumId w:val="6"/>
  </w:num>
  <w:num w:numId="3" w16cid:durableId="761922272">
    <w:abstractNumId w:val="5"/>
  </w:num>
  <w:num w:numId="4" w16cid:durableId="1883129005">
    <w:abstractNumId w:val="4"/>
  </w:num>
  <w:num w:numId="5" w16cid:durableId="1740395973">
    <w:abstractNumId w:val="7"/>
  </w:num>
  <w:num w:numId="6" w16cid:durableId="1283151972">
    <w:abstractNumId w:val="3"/>
  </w:num>
  <w:num w:numId="7" w16cid:durableId="1973171804">
    <w:abstractNumId w:val="2"/>
  </w:num>
  <w:num w:numId="8" w16cid:durableId="845747509">
    <w:abstractNumId w:val="1"/>
  </w:num>
  <w:num w:numId="9" w16cid:durableId="120463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5A7"/>
    <w:rsid w:val="0006063C"/>
    <w:rsid w:val="0015074B"/>
    <w:rsid w:val="0029639D"/>
    <w:rsid w:val="002E1069"/>
    <w:rsid w:val="00326F90"/>
    <w:rsid w:val="00AA1D8D"/>
    <w:rsid w:val="00B47730"/>
    <w:rsid w:val="00CB0664"/>
    <w:rsid w:val="00D34A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93E0F1"/>
  <w14:defaultImageDpi w14:val="300"/>
  <w15:docId w15:val="{4448727C-4620-4B20-876A-5B3C7487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Heidi Ibrahim</cp:lastModifiedBy>
  <cp:revision>2</cp:revision>
  <dcterms:created xsi:type="dcterms:W3CDTF">2025-05-30T16:37:00Z</dcterms:created>
  <dcterms:modified xsi:type="dcterms:W3CDTF">2025-05-30T16:37:00Z</dcterms:modified>
  <cp:category/>
</cp:coreProperties>
</file>